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43E3D" w14:textId="6E67C186" w:rsidR="00EB0AA1" w:rsidRPr="00AD7F36" w:rsidRDefault="00DD4DB0" w:rsidP="0093660E">
      <w:pPr>
        <w:keepNext/>
        <w:jc w:val="center"/>
      </w:pPr>
      <w:r w:rsidRPr="00AD7F36">
        <w:rPr>
          <w:b/>
        </w:rPr>
        <w:t>ANEXO I</w:t>
      </w:r>
    </w:p>
    <w:p w14:paraId="42948CB1" w14:textId="0261207E" w:rsidR="00EB0AA1" w:rsidRPr="00AD7F36" w:rsidRDefault="007C5382">
      <w:pPr>
        <w:spacing w:after="240"/>
        <w:jc w:val="center"/>
      </w:pPr>
      <w:r>
        <w:rPr>
          <w:b/>
        </w:rPr>
        <w:t>MODELO DO FORMULÁRIO ELETRÔNICO – INSTITUIÇÃO CANDIDATA PARA SEDIAR</w:t>
      </w:r>
      <w:r w:rsidRPr="00AD7F36">
        <w:rPr>
          <w:b/>
        </w:rPr>
        <w:t xml:space="preserve"> O 34º FÓRUM DE DOCENTES E DISCENTES DO CREA-PR</w:t>
      </w:r>
    </w:p>
    <w:p w14:paraId="57E636AB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Instituição de Ensino:</w:t>
      </w:r>
      <w:r w:rsidRPr="00AD7F36">
        <w:t xml:space="preserve"> ______________________________________________________________________</w:t>
      </w:r>
    </w:p>
    <w:p w14:paraId="35CC2C31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Campus/Unidade que sediará o evento:</w:t>
      </w:r>
      <w:r w:rsidRPr="00AD7F36">
        <w:t xml:space="preserve"> ______________________________________________________________________</w:t>
      </w:r>
    </w:p>
    <w:p w14:paraId="74C8271E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Município:</w:t>
      </w:r>
      <w:r w:rsidRPr="00AD7F36">
        <w:t xml:space="preserve"> ______________________________________________________________________</w:t>
      </w:r>
    </w:p>
    <w:p w14:paraId="3D91A980" w14:textId="77777777" w:rsidR="00EB0AA1" w:rsidRPr="00AD7F36" w:rsidRDefault="00DD4DB0">
      <w:pPr>
        <w:spacing w:after="120"/>
        <w:jc w:val="left"/>
      </w:pPr>
      <w:r w:rsidRPr="00AD7F36">
        <w:rPr>
          <w:b/>
        </w:rPr>
        <w:t xml:space="preserve">Regional do </w:t>
      </w:r>
      <w:proofErr w:type="spellStart"/>
      <w:r w:rsidRPr="00AD7F36">
        <w:rPr>
          <w:b/>
        </w:rPr>
        <w:t>Crea-PR</w:t>
      </w:r>
      <w:proofErr w:type="spellEnd"/>
      <w:r w:rsidRPr="00AD7F36">
        <w:rPr>
          <w:b/>
        </w:rPr>
        <w:t>:</w:t>
      </w:r>
      <w:r w:rsidRPr="00AD7F36">
        <w:t xml:space="preserve"> ______________________________________________________________________</w:t>
      </w:r>
    </w:p>
    <w:p w14:paraId="18207A3B" w14:textId="77777777" w:rsidR="00EB0AA1" w:rsidRPr="00AD7F36" w:rsidRDefault="00DD4DB0">
      <w:pPr>
        <w:spacing w:before="160" w:after="100"/>
      </w:pPr>
      <w:r w:rsidRPr="00AD7F36">
        <w:rPr>
          <w:b/>
        </w:rPr>
        <w:t>Representante institucional responsável pela candidatura</w:t>
      </w:r>
    </w:p>
    <w:p w14:paraId="30FDDE09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Nome:</w:t>
      </w:r>
      <w:r w:rsidRPr="00AD7F36">
        <w:t xml:space="preserve"> ______________________________________________________________________</w:t>
      </w:r>
    </w:p>
    <w:p w14:paraId="163BC661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Cargo/Função:</w:t>
      </w:r>
      <w:r w:rsidRPr="00AD7F36">
        <w:t xml:space="preserve"> ______________________________________________________________________</w:t>
      </w:r>
    </w:p>
    <w:p w14:paraId="0E36392E" w14:textId="77777777" w:rsidR="00EB0AA1" w:rsidRPr="00AD7F36" w:rsidRDefault="00DD4DB0">
      <w:pPr>
        <w:spacing w:before="160" w:after="100"/>
      </w:pPr>
      <w:r w:rsidRPr="00AD7F36">
        <w:rPr>
          <w:b/>
        </w:rPr>
        <w:t xml:space="preserve">Responsável pela interlocução com o </w:t>
      </w:r>
      <w:proofErr w:type="spellStart"/>
      <w:r w:rsidRPr="00AD7F36">
        <w:rPr>
          <w:b/>
        </w:rPr>
        <w:t>Crea-PR</w:t>
      </w:r>
      <w:proofErr w:type="spellEnd"/>
      <w:r w:rsidRPr="00AD7F36">
        <w:rPr>
          <w:b/>
        </w:rPr>
        <w:t xml:space="preserve"> – Ponto Focal</w:t>
      </w:r>
    </w:p>
    <w:p w14:paraId="513C4731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Nome:</w:t>
      </w:r>
      <w:r w:rsidRPr="00AD7F36">
        <w:t xml:space="preserve"> ______________________________________________________________________</w:t>
      </w:r>
    </w:p>
    <w:p w14:paraId="10840675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Cargo/Função:</w:t>
      </w:r>
      <w:r w:rsidRPr="00AD7F36">
        <w:t xml:space="preserve"> ______________________________________________________________________</w:t>
      </w:r>
    </w:p>
    <w:p w14:paraId="33F8804F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Telefone de contato direto:</w:t>
      </w:r>
      <w:r w:rsidRPr="00AD7F36">
        <w:t xml:space="preserve"> ______________________________________________________________________</w:t>
      </w:r>
    </w:p>
    <w:p w14:paraId="5F5F2D51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E-mail institucional para contato:</w:t>
      </w:r>
      <w:r w:rsidRPr="00AD7F36">
        <w:t xml:space="preserve"> ______________________________________________________________________</w:t>
      </w:r>
    </w:p>
    <w:p w14:paraId="4345E50A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Local e data:</w:t>
      </w:r>
      <w:r w:rsidRPr="00AD7F36">
        <w:t xml:space="preserve"> ______________________________________________________________________</w:t>
      </w:r>
    </w:p>
    <w:p w14:paraId="6B7076FD" w14:textId="77777777" w:rsidR="00EB0AA1" w:rsidRPr="00AD7F36" w:rsidRDefault="00DD4DB0">
      <w:pPr>
        <w:spacing w:after="120"/>
        <w:jc w:val="left"/>
      </w:pPr>
      <w:r w:rsidRPr="00AD7F36">
        <w:rPr>
          <w:b/>
        </w:rPr>
        <w:t>Nome do representante:</w:t>
      </w:r>
      <w:r w:rsidRPr="00AD7F36">
        <w:t xml:space="preserve"> ______________________________________________________________________</w:t>
      </w:r>
    </w:p>
    <w:p w14:paraId="5491B741" w14:textId="77777777" w:rsidR="00EB0AA1" w:rsidRDefault="00DD4DB0">
      <w:pPr>
        <w:spacing w:after="120"/>
        <w:jc w:val="left"/>
      </w:pPr>
      <w:r w:rsidRPr="00AD7F36">
        <w:rPr>
          <w:b/>
        </w:rPr>
        <w:t>Cargo/Função:</w:t>
      </w:r>
      <w:r w:rsidRPr="00AD7F36">
        <w:t xml:space="preserve"> ______________________________________________________________________</w:t>
      </w:r>
    </w:p>
    <w:p w14:paraId="216045B8" w14:textId="7A0F25D4" w:rsidR="007C5382" w:rsidRPr="00AD7F36" w:rsidRDefault="007C5382">
      <w:pPr>
        <w:spacing w:after="120"/>
        <w:jc w:val="left"/>
      </w:pPr>
      <w:r>
        <w:rPr>
          <w:rFonts w:eastAsia="Times New Roman"/>
          <w:b/>
        </w:rPr>
        <w:t>DECLARAÇÃO DE CIÊNCIA DO REPRESENTANTE LEGAL</w:t>
      </w:r>
    </w:p>
    <w:p w14:paraId="17F470E9" w14:textId="77777777" w:rsidR="007C5382" w:rsidRDefault="007C5382">
      <w:pPr>
        <w:rPr>
          <w:rFonts w:eastAsia="Times New Roman"/>
        </w:rPr>
      </w:pPr>
      <w:r>
        <w:rPr>
          <w:rFonts w:eastAsia="Times New Roman"/>
        </w:rPr>
        <w:t xml:space="preserve">Declaro, na qualidade de representante legal da instituição de ensino, estar ciente e de acordo com a candidatura ora apresentada para sediar o 34º Fórum de Docentes e Discentes do </w:t>
      </w:r>
      <w:proofErr w:type="spellStart"/>
      <w:r>
        <w:rPr>
          <w:rFonts w:eastAsia="Times New Roman"/>
        </w:rPr>
        <w:t>Crea-PR</w:t>
      </w:r>
      <w:proofErr w:type="spellEnd"/>
      <w:r>
        <w:rPr>
          <w:rFonts w:eastAsia="Times New Roman"/>
        </w:rPr>
        <w:t>, bem como com as condições e responsabilidades previstas neste Edital.</w:t>
      </w:r>
    </w:p>
    <w:p w14:paraId="3E44FA13" w14:textId="77777777" w:rsidR="0066297D" w:rsidRDefault="0066297D">
      <w:pPr>
        <w:rPr>
          <w:rFonts w:eastAsia="Times New Roman"/>
        </w:rPr>
      </w:pPr>
    </w:p>
    <w:p w14:paraId="1A87BB43" w14:textId="77777777" w:rsidR="0066297D" w:rsidRDefault="0066297D">
      <w:pPr>
        <w:rPr>
          <w:rFonts w:eastAsia="Times New Roman"/>
        </w:rPr>
      </w:pPr>
    </w:p>
    <w:p w14:paraId="0CC09C9C" w14:textId="03C38E74" w:rsidR="0066297D" w:rsidRDefault="0066297D" w:rsidP="0066297D">
      <w:pPr>
        <w:jc w:val="center"/>
        <w:rPr>
          <w:rFonts w:eastAsia="Times New Roman"/>
        </w:rPr>
      </w:pPr>
      <w:r>
        <w:rPr>
          <w:rFonts w:eastAsia="Times New Roman"/>
        </w:rPr>
        <w:t>__________________________________________</w:t>
      </w:r>
    </w:p>
    <w:p w14:paraId="3C7AA21E" w14:textId="78371BDF" w:rsidR="007C5382" w:rsidRDefault="0066297D">
      <w:pPr>
        <w:jc w:val="center"/>
        <w:rPr>
          <w:b/>
        </w:rPr>
      </w:pPr>
      <w:r w:rsidRPr="0066297D">
        <w:rPr>
          <w:b/>
          <w:highlight w:val="yellow"/>
        </w:rPr>
        <w:t>(assinatura)</w:t>
      </w:r>
      <w:r>
        <w:rPr>
          <w:b/>
        </w:rPr>
        <w:t xml:space="preserve"> Nome do Responsável pela Inscrição</w:t>
      </w:r>
    </w:p>
    <w:sectPr w:rsidR="007C5382" w:rsidSect="00034616">
      <w:headerReference w:type="default" r:id="rId8"/>
      <w:footerReference w:type="default" r:id="rId9"/>
      <w:pgSz w:w="11906" w:h="16838"/>
      <w:pgMar w:top="1843" w:right="1134" w:bottom="1247" w:left="1701" w:header="198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95FD9" w14:textId="77777777" w:rsidR="00DD4DB0" w:rsidRPr="00AD7F36" w:rsidRDefault="00DD4DB0">
      <w:pPr>
        <w:spacing w:line="240" w:lineRule="auto"/>
      </w:pPr>
      <w:r w:rsidRPr="00AD7F36">
        <w:separator/>
      </w:r>
    </w:p>
  </w:endnote>
  <w:endnote w:type="continuationSeparator" w:id="0">
    <w:p w14:paraId="70C6B27F" w14:textId="77777777" w:rsidR="00DD4DB0" w:rsidRPr="00AD7F36" w:rsidRDefault="00DD4DB0">
      <w:pPr>
        <w:spacing w:line="240" w:lineRule="auto"/>
      </w:pPr>
      <w:r w:rsidRPr="00AD7F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2D3E" w14:textId="77777777" w:rsidR="00EB0AA1" w:rsidRPr="00AD7F36" w:rsidRDefault="00EB0AA1">
    <w:pPr>
      <w:pStyle w:val="Rodap"/>
    </w:pPr>
  </w:p>
  <w:tbl>
    <w:tblPr>
      <w:tblW w:w="0" w:type="auto"/>
      <w:jc w:val="center"/>
      <w:tblBorders>
        <w:top w:val="single" w:sz="8" w:space="0" w:color="000000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655"/>
      <w:gridCol w:w="1415"/>
    </w:tblGrid>
    <w:tr w:rsidR="00EB0AA1" w:rsidRPr="00AD7F36" w14:paraId="7638EAFC" w14:textId="77777777" w:rsidTr="00066233">
      <w:trPr>
        <w:jc w:val="center"/>
      </w:trPr>
      <w:tc>
        <w:tcPr>
          <w:tcW w:w="7655" w:type="dxa"/>
        </w:tcPr>
        <w:p w14:paraId="2B895BB9" w14:textId="77777777" w:rsidR="00EB0AA1" w:rsidRPr="00AD7F36" w:rsidRDefault="00DD4DB0">
          <w:pPr>
            <w:jc w:val="center"/>
          </w:pPr>
          <w:r w:rsidRPr="00AD7F36">
            <w:rPr>
              <w:sz w:val="18"/>
            </w:rPr>
            <w:t>Edital de abertura das inscrições para sediar o 34º Fórum de Docentes e Discentes – XXX/2026 – DRI</w:t>
          </w:r>
        </w:p>
      </w:tc>
      <w:tc>
        <w:tcPr>
          <w:tcW w:w="1415" w:type="dxa"/>
        </w:tcPr>
        <w:p w14:paraId="4F908486" w14:textId="77777777" w:rsidR="00EB0AA1" w:rsidRPr="00AD7F36" w:rsidRDefault="00DD4DB0">
          <w:pPr>
            <w:jc w:val="right"/>
          </w:pPr>
          <w:r w:rsidRPr="00AD7F36">
            <w:rPr>
              <w:sz w:val="18"/>
            </w:rPr>
            <w:t xml:space="preserve">Pág. </w:t>
          </w:r>
          <w:r w:rsidRPr="00AD7F36">
            <w:fldChar w:fldCharType="begin"/>
          </w:r>
          <w:r w:rsidRPr="00AD7F36">
            <w:instrText>PAGE</w:instrText>
          </w:r>
          <w:r w:rsidRPr="00AD7F36">
            <w:fldChar w:fldCharType="separate"/>
          </w:r>
          <w:r w:rsidR="00AD7F36" w:rsidRPr="00AD7F36">
            <w:t>1</w:t>
          </w:r>
          <w:r w:rsidRPr="00AD7F36">
            <w:fldChar w:fldCharType="end"/>
          </w:r>
          <w:r w:rsidRPr="00AD7F36">
            <w:rPr>
              <w:sz w:val="18"/>
            </w:rPr>
            <w:t xml:space="preserve"> de </w:t>
          </w:r>
          <w:r w:rsidRPr="00AD7F36">
            <w:fldChar w:fldCharType="begin"/>
          </w:r>
          <w:r w:rsidRPr="00AD7F36">
            <w:instrText>NUMPAGES</w:instrText>
          </w:r>
          <w:r w:rsidRPr="00AD7F36">
            <w:fldChar w:fldCharType="separate"/>
          </w:r>
          <w:r w:rsidR="00AD7F36" w:rsidRPr="00AD7F36">
            <w:t>2</w:t>
          </w:r>
          <w:r w:rsidRPr="00AD7F36"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CBD9C" w14:textId="77777777" w:rsidR="00DD4DB0" w:rsidRPr="00AD7F36" w:rsidRDefault="00DD4DB0">
      <w:pPr>
        <w:spacing w:line="240" w:lineRule="auto"/>
      </w:pPr>
      <w:r w:rsidRPr="00AD7F36">
        <w:separator/>
      </w:r>
    </w:p>
  </w:footnote>
  <w:footnote w:type="continuationSeparator" w:id="0">
    <w:p w14:paraId="32EE020F" w14:textId="77777777" w:rsidR="00DD4DB0" w:rsidRPr="00AD7F36" w:rsidRDefault="00DD4DB0">
      <w:pPr>
        <w:spacing w:line="240" w:lineRule="auto"/>
      </w:pPr>
      <w:r w:rsidRPr="00AD7F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9ECCE" w14:textId="77777777" w:rsidR="00EB0AA1" w:rsidRPr="00AD7F36" w:rsidRDefault="00DD4DB0">
    <w:pPr>
      <w:pStyle w:val="Cabealho"/>
      <w:spacing w:after="20"/>
      <w:jc w:val="center"/>
    </w:pPr>
    <w:r w:rsidRPr="00AD7F36">
      <w:rPr>
        <w:noProof/>
      </w:rPr>
      <w:drawing>
        <wp:inline distT="0" distB="0" distL="0" distR="0" wp14:anchorId="7A92D6FB" wp14:editId="6E4E4667">
          <wp:extent cx="594000" cy="594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00" cy="59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6E8982" w14:textId="77777777" w:rsidR="00EB0AA1" w:rsidRPr="00AD7F36" w:rsidRDefault="00DD4DB0">
    <w:pPr>
      <w:jc w:val="center"/>
    </w:pPr>
    <w:r w:rsidRPr="00AD7F36">
      <w:rPr>
        <w:sz w:val="21"/>
      </w:rPr>
      <w:t>SERVIÇO PÚBLICO FEDERAL</w:t>
    </w:r>
  </w:p>
  <w:p w14:paraId="599DFEA4" w14:textId="77777777" w:rsidR="00EB0AA1" w:rsidRPr="00AD7F36" w:rsidRDefault="00DD4DB0">
    <w:pPr>
      <w:jc w:val="center"/>
    </w:pPr>
    <w:r w:rsidRPr="00AD7F36">
      <w:rPr>
        <w:sz w:val="21"/>
      </w:rPr>
      <w:t>CONSELHO REGIONAL DE ENGENHARIA E AGRONOMIA DO PARANÁ – CREA-PR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0428635">
    <w:abstractNumId w:val="8"/>
  </w:num>
  <w:num w:numId="2" w16cid:durableId="1173495014">
    <w:abstractNumId w:val="6"/>
  </w:num>
  <w:num w:numId="3" w16cid:durableId="823088196">
    <w:abstractNumId w:val="5"/>
  </w:num>
  <w:num w:numId="4" w16cid:durableId="654917614">
    <w:abstractNumId w:val="4"/>
  </w:num>
  <w:num w:numId="5" w16cid:durableId="241836169">
    <w:abstractNumId w:val="7"/>
  </w:num>
  <w:num w:numId="6" w16cid:durableId="287980145">
    <w:abstractNumId w:val="3"/>
  </w:num>
  <w:num w:numId="7" w16cid:durableId="573052940">
    <w:abstractNumId w:val="2"/>
  </w:num>
  <w:num w:numId="8" w16cid:durableId="1942227087">
    <w:abstractNumId w:val="1"/>
  </w:num>
  <w:num w:numId="9" w16cid:durableId="1198395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7BB"/>
    <w:rsid w:val="00034616"/>
    <w:rsid w:val="0006063C"/>
    <w:rsid w:val="00066233"/>
    <w:rsid w:val="000E68BC"/>
    <w:rsid w:val="0015074B"/>
    <w:rsid w:val="00157E69"/>
    <w:rsid w:val="001D70E4"/>
    <w:rsid w:val="001E4CBE"/>
    <w:rsid w:val="00236D89"/>
    <w:rsid w:val="0029639D"/>
    <w:rsid w:val="00326F90"/>
    <w:rsid w:val="003E1914"/>
    <w:rsid w:val="003F2044"/>
    <w:rsid w:val="004A6EC5"/>
    <w:rsid w:val="00525694"/>
    <w:rsid w:val="00575A88"/>
    <w:rsid w:val="00636D97"/>
    <w:rsid w:val="0066297D"/>
    <w:rsid w:val="006853CF"/>
    <w:rsid w:val="006933EA"/>
    <w:rsid w:val="006C3CD2"/>
    <w:rsid w:val="006E52B5"/>
    <w:rsid w:val="007972AB"/>
    <w:rsid w:val="007C5382"/>
    <w:rsid w:val="008C7E7F"/>
    <w:rsid w:val="0093660E"/>
    <w:rsid w:val="00942377"/>
    <w:rsid w:val="00964388"/>
    <w:rsid w:val="009F0E2B"/>
    <w:rsid w:val="009F4357"/>
    <w:rsid w:val="00A90821"/>
    <w:rsid w:val="00AA1D8D"/>
    <w:rsid w:val="00AD7F36"/>
    <w:rsid w:val="00B138E6"/>
    <w:rsid w:val="00B47730"/>
    <w:rsid w:val="00C07318"/>
    <w:rsid w:val="00C20AAC"/>
    <w:rsid w:val="00C60684"/>
    <w:rsid w:val="00C7694E"/>
    <w:rsid w:val="00CB0664"/>
    <w:rsid w:val="00DB122B"/>
    <w:rsid w:val="00DD4DB0"/>
    <w:rsid w:val="00EB0AA1"/>
    <w:rsid w:val="00FC29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98EA4C"/>
  <w14:defaultImageDpi w14:val="300"/>
  <w15:docId w15:val="{1E003D60-053D-490B-A404-5C7A8B48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2" w:lineRule="auto"/>
      <w:jc w:val="both"/>
    </w:pPr>
    <w:rPr>
      <w:rFonts w:ascii="Times New Roman" w:hAnsi="Times New Roman"/>
      <w:sz w:val="24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ditalHeading">
    <w:name w:val="Edital Heading"/>
    <w:pPr>
      <w:keepNext/>
      <w:spacing w:before="280" w:after="140"/>
    </w:pPr>
    <w:rPr>
      <w:rFonts w:ascii="Times New Roman" w:hAnsi="Times New Roman"/>
      <w:b/>
      <w:sz w:val="24"/>
    </w:rPr>
  </w:style>
  <w:style w:type="character" w:styleId="Hyperlink">
    <w:name w:val="Hyperlink"/>
    <w:basedOn w:val="Fontepargpadro"/>
    <w:uiPriority w:val="99"/>
    <w:unhideWhenUsed/>
    <w:rsid w:val="009F435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F43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Edital de abertura das inscrições para sediar o 34º Fórum de Docentes e Discentes do Crea-PR</vt:lpstr>
      <vt:lpstr/>
    </vt:vector>
  </TitlesOfParts>
  <Manager/>
  <Company/>
  <LinksUpToDate>false</LinksUpToDate>
  <CharactersWithSpaces>1802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abertura das inscrições para sediar o 34º Fórum de Docentes e Discentes do Crea-PR</dc:title>
  <dc:subject>Minuta de Edital – Fórum de Docentes e Discentes</dc:subject>
  <dc:creator>Crea-PR</dc:creator>
  <cp:keywords/>
  <dc:description>Minuta em elaboração – campos destacados em amarelo requerem definição.</dc:description>
  <cp:lastModifiedBy>Omar Henrique R. Correia</cp:lastModifiedBy>
  <cp:revision>2</cp:revision>
  <dcterms:created xsi:type="dcterms:W3CDTF">2026-09-09T20:44:00Z</dcterms:created>
  <dcterms:modified xsi:type="dcterms:W3CDTF">2026-09-09T20:44:00Z</dcterms:modified>
  <cp:category/>
</cp:coreProperties>
</file>